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7677A" w14:textId="77777777" w:rsidR="00942CEF" w:rsidRDefault="008301AF">
      <w:pPr>
        <w:jc w:val="center"/>
      </w:pPr>
      <w:r>
        <w:rPr>
          <w:noProof/>
        </w:rPr>
        <w:drawing>
          <wp:inline distT="0" distB="0" distL="0" distR="0" wp14:anchorId="59A36E45" wp14:editId="6DCA4613">
            <wp:extent cx="4754880" cy="142646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eenleaf_Logo_Header_Centered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1426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9A1D7" w14:textId="77777777" w:rsidR="00942CEF" w:rsidRDefault="008301AF">
      <w:pPr>
        <w:pStyle w:val="Heading1"/>
        <w:jc w:val="center"/>
      </w:pPr>
      <w:r>
        <w:t>Employment Application</w:t>
      </w:r>
    </w:p>
    <w:p w14:paraId="04A28BF4" w14:textId="77777777" w:rsidR="00942CEF" w:rsidRDefault="008301AF">
      <w:r>
        <w:t>Greenleaf Electric LLC is an Equal Opportunity Employer.</w:t>
      </w:r>
    </w:p>
    <w:p w14:paraId="6ADFB0C2" w14:textId="77777777" w:rsidR="00942CEF" w:rsidRDefault="008301AF">
      <w:r>
        <w:rPr>
          <w:b/>
        </w:rPr>
        <w:t>POSITION</w:t>
      </w:r>
    </w:p>
    <w:p w14:paraId="228CE742" w14:textId="77777777" w:rsidR="00942CEF" w:rsidRDefault="008301AF">
      <w:r>
        <w:t>Position Applied For: __________________________________________</w:t>
      </w:r>
    </w:p>
    <w:p w14:paraId="12908E4B" w14:textId="77777777" w:rsidR="00942CEF" w:rsidRDefault="008301AF">
      <w:r>
        <w:t>☐</w:t>
      </w:r>
      <w:r>
        <w:t xml:space="preserve"> Apprentice ☐ Journeyman ☐ Foreman ☐ Superintendent ☐ Service Electrician ☐ Project Manager</w:t>
      </w:r>
    </w:p>
    <w:p w14:paraId="4EAF9961" w14:textId="77777777" w:rsidR="00942CEF" w:rsidRDefault="008301AF">
      <w:r>
        <w:t>Desired Pay: $_________/hr   Start Date: __________   Referred By: ______________</w:t>
      </w:r>
    </w:p>
    <w:p w14:paraId="419BF8AD" w14:textId="77777777" w:rsidR="00942CEF" w:rsidRDefault="008301AF">
      <w:r>
        <w:rPr>
          <w:b/>
        </w:rPr>
        <w:t>PERSONAL INFORMATION</w:t>
      </w:r>
    </w:p>
    <w:p w14:paraId="179FE7E8" w14:textId="77777777" w:rsidR="00942CEF" w:rsidRDefault="008301AF">
      <w:r>
        <w:t>Full Name: _________________________________________________</w:t>
      </w:r>
    </w:p>
    <w:p w14:paraId="6C9067B3" w14:textId="77777777" w:rsidR="00942CEF" w:rsidRDefault="008301AF">
      <w:r>
        <w:t>Address: _________________________________________________</w:t>
      </w:r>
    </w:p>
    <w:p w14:paraId="7AE7359C" w14:textId="77777777" w:rsidR="00942CEF" w:rsidRDefault="008301AF">
      <w:r>
        <w:t>City/State/ZIP: ___________________________________________</w:t>
      </w:r>
    </w:p>
    <w:p w14:paraId="13009DFB" w14:textId="77777777" w:rsidR="00942CEF" w:rsidRDefault="008301AF">
      <w:r>
        <w:t>Phone: __________________ Email: __________________________</w:t>
      </w:r>
    </w:p>
    <w:p w14:paraId="19B966D9" w14:textId="77777777" w:rsidR="00942CEF" w:rsidRDefault="008301AF">
      <w:r>
        <w:t>Emergency Contact: __________________ Phone: _______________</w:t>
      </w:r>
    </w:p>
    <w:p w14:paraId="78AB634D" w14:textId="77777777" w:rsidR="00942CEF" w:rsidRDefault="008301AF">
      <w:r>
        <w:rPr>
          <w:b/>
        </w:rPr>
        <w:t>EMPLOYMENT ELIGIBILITY</w:t>
      </w:r>
    </w:p>
    <w:p w14:paraId="620D8452" w14:textId="77777777" w:rsidR="00942CEF" w:rsidRDefault="008301AF">
      <w:r>
        <w:t>Authorized to work in the U.S.? ☐ Yes ☐ No</w:t>
      </w:r>
    </w:p>
    <w:p w14:paraId="3B9A27AA" w14:textId="77777777" w:rsidR="00942CEF" w:rsidRDefault="008301AF">
      <w:r>
        <w:t>Previously employed by Greenleaf Electric? ☐ Yes ☐ No  If yes, when? __________</w:t>
      </w:r>
    </w:p>
    <w:p w14:paraId="23F0717D" w14:textId="77777777" w:rsidR="00942CEF" w:rsidRDefault="008301AF">
      <w:r>
        <w:rPr>
          <w:b/>
        </w:rPr>
        <w:t>DRIVER &amp; LICENSE INFORMATION</w:t>
      </w:r>
    </w:p>
    <w:p w14:paraId="5A3E7BE2" w14:textId="77777777" w:rsidR="00942CEF" w:rsidRDefault="008301AF">
      <w:r>
        <w:t>Driver's License #: __________________ State: _____ CDL? ☐ Yes ☐ No</w:t>
      </w:r>
    </w:p>
    <w:p w14:paraId="2A238523" w14:textId="77777777" w:rsidR="00942CEF" w:rsidRDefault="008301AF">
      <w:r>
        <w:t>Can legally drive a company vehicle? ☐ Yes ☐ No</w:t>
      </w:r>
    </w:p>
    <w:p w14:paraId="2FB7691B" w14:textId="77777777" w:rsidR="00942CEF" w:rsidRDefault="008301AF">
      <w:r>
        <w:t>TDLR License Type: __________________ Number: __________________</w:t>
      </w:r>
    </w:p>
    <w:p w14:paraId="2A47FF09" w14:textId="77777777" w:rsidR="00942CEF" w:rsidRDefault="008301AF">
      <w:r>
        <w:t>Other Certifications (OSHA, CPR, NFPA 70E, TWIC): __________________</w:t>
      </w:r>
    </w:p>
    <w:p w14:paraId="270FC806" w14:textId="77777777" w:rsidR="00942CEF" w:rsidRDefault="008301AF">
      <w:r>
        <w:br w:type="page"/>
      </w:r>
    </w:p>
    <w:p w14:paraId="23795A29" w14:textId="77777777" w:rsidR="00942CEF" w:rsidRDefault="008301AF">
      <w:pPr>
        <w:jc w:val="center"/>
      </w:pPr>
      <w:r>
        <w:rPr>
          <w:noProof/>
        </w:rPr>
        <w:lastRenderedPageBreak/>
        <w:drawing>
          <wp:inline distT="0" distB="0" distL="0" distR="0" wp14:anchorId="03EF2E28" wp14:editId="09CA73B3">
            <wp:extent cx="4754880" cy="142646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eenleaf_Logo_Header_Centered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1426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4916B" w14:textId="77777777" w:rsidR="00942CEF" w:rsidRDefault="008301AF">
      <w:r>
        <w:rPr>
          <w:b/>
        </w:rPr>
        <w:t>EMPLOYMENT HISTORY #1</w:t>
      </w:r>
    </w:p>
    <w:p w14:paraId="55CB6407" w14:textId="77777777" w:rsidR="00942CEF" w:rsidRDefault="008301AF">
      <w:r>
        <w:t>Employer: ____________________________</w:t>
      </w:r>
    </w:p>
    <w:p w14:paraId="76C9362F" w14:textId="77777777" w:rsidR="00942CEF" w:rsidRDefault="008301AF">
      <w:r>
        <w:t>Job Title: __________________ Dates: __________________</w:t>
      </w:r>
    </w:p>
    <w:p w14:paraId="2030A5FB" w14:textId="77777777" w:rsidR="00942CEF" w:rsidRDefault="008301AF">
      <w:r>
        <w:t>Supervisor: __________________ Phone: ________________</w:t>
      </w:r>
    </w:p>
    <w:p w14:paraId="055C603C" w14:textId="77777777" w:rsidR="00942CEF" w:rsidRDefault="008301AF">
      <w:r>
        <w:t>May we contact? ☐ Yes ☐ No</w:t>
      </w:r>
    </w:p>
    <w:p w14:paraId="43E48D4D" w14:textId="77777777" w:rsidR="00942CEF" w:rsidRDefault="008301AF">
      <w:r>
        <w:t>Reason for Leaving: __________________________________</w:t>
      </w:r>
    </w:p>
    <w:p w14:paraId="320DA2F5" w14:textId="77777777" w:rsidR="00942CEF" w:rsidRDefault="008301AF">
      <w:r>
        <w:t>Primary Responsibilities:</w:t>
      </w:r>
    </w:p>
    <w:p w14:paraId="50315EA1" w14:textId="77777777" w:rsidR="00942CEF" w:rsidRDefault="008301AF">
      <w:r>
        <w:t>______________________________________________________</w:t>
      </w:r>
    </w:p>
    <w:p w14:paraId="11082739" w14:textId="77777777" w:rsidR="00942CEF" w:rsidRDefault="008301AF">
      <w:r>
        <w:t>______________________________________________________</w:t>
      </w:r>
    </w:p>
    <w:p w14:paraId="00D57C4B" w14:textId="77777777" w:rsidR="00942CEF" w:rsidRDefault="008301AF">
      <w:r>
        <w:rPr>
          <w:b/>
        </w:rPr>
        <w:t>EMPLOYMENT HISTORY #2</w:t>
      </w:r>
    </w:p>
    <w:p w14:paraId="190E00C5" w14:textId="77777777" w:rsidR="00942CEF" w:rsidRDefault="008301AF">
      <w:r>
        <w:t>Employer: ____________________________</w:t>
      </w:r>
    </w:p>
    <w:p w14:paraId="49404FE5" w14:textId="77777777" w:rsidR="00942CEF" w:rsidRDefault="008301AF">
      <w:r>
        <w:t>Job Title: __________________ Dates: __________________</w:t>
      </w:r>
    </w:p>
    <w:p w14:paraId="4345F0BA" w14:textId="77777777" w:rsidR="00942CEF" w:rsidRDefault="008301AF">
      <w:r>
        <w:t>Supervisor: __________________ Phone: ________________</w:t>
      </w:r>
    </w:p>
    <w:p w14:paraId="6D30DA59" w14:textId="77777777" w:rsidR="00942CEF" w:rsidRDefault="008301AF">
      <w:r>
        <w:t>May we contact? ☐ Yes ☐ No</w:t>
      </w:r>
    </w:p>
    <w:p w14:paraId="06356CD1" w14:textId="77777777" w:rsidR="00942CEF" w:rsidRDefault="008301AF">
      <w:r>
        <w:t>Reason for Leaving: __________________________________</w:t>
      </w:r>
    </w:p>
    <w:p w14:paraId="4A9C315E" w14:textId="77777777" w:rsidR="00942CEF" w:rsidRDefault="008301AF">
      <w:r>
        <w:t>Primary Responsibilities:</w:t>
      </w:r>
    </w:p>
    <w:p w14:paraId="651EB9C3" w14:textId="77777777" w:rsidR="00942CEF" w:rsidRDefault="008301AF">
      <w:r>
        <w:t>______________________________________________________</w:t>
      </w:r>
    </w:p>
    <w:p w14:paraId="66C96D24" w14:textId="77777777" w:rsidR="00942CEF" w:rsidRDefault="008301AF">
      <w:r>
        <w:t>______________________________________________________</w:t>
      </w:r>
    </w:p>
    <w:p w14:paraId="586CEF38" w14:textId="77777777" w:rsidR="00942CEF" w:rsidRDefault="008301AF">
      <w:r>
        <w:br w:type="page"/>
      </w:r>
    </w:p>
    <w:p w14:paraId="66221BD2" w14:textId="77777777" w:rsidR="00942CEF" w:rsidRDefault="008301AF">
      <w:pPr>
        <w:jc w:val="center"/>
      </w:pPr>
      <w:r>
        <w:rPr>
          <w:noProof/>
        </w:rPr>
        <w:lastRenderedPageBreak/>
        <w:drawing>
          <wp:inline distT="0" distB="0" distL="0" distR="0" wp14:anchorId="36C55239" wp14:editId="4AF03763">
            <wp:extent cx="4754880" cy="142646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eenleaf_Logo_Header_Centered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1426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23762" w14:textId="77777777" w:rsidR="00942CEF" w:rsidRDefault="008301AF">
      <w:r>
        <w:rPr>
          <w:b/>
        </w:rPr>
        <w:t>TRADE SKILLS</w:t>
      </w:r>
    </w:p>
    <w:p w14:paraId="15637A41" w14:textId="77777777" w:rsidR="00942CEF" w:rsidRDefault="008301AF">
      <w:r>
        <w:t>Years of Commercial Electrical Experience: __________</w:t>
      </w:r>
    </w:p>
    <w:p w14:paraId="2455C650" w14:textId="77777777" w:rsidR="00942CEF" w:rsidRDefault="008301AF">
      <w:r>
        <w:t>☐</w:t>
      </w:r>
      <w:r>
        <w:t xml:space="preserve"> EMT ☐ Rigid ☐ PVC ☐ MC Cable ☐ Cable Tray ☐ Underground</w:t>
      </w:r>
    </w:p>
    <w:p w14:paraId="09A5B578" w14:textId="77777777" w:rsidR="00942CEF" w:rsidRDefault="008301AF">
      <w:r>
        <w:t>☐</w:t>
      </w:r>
      <w:r>
        <w:t xml:space="preserve"> Switchgear ☐ Transformers ☐ Motor Controls ☐ Lighting</w:t>
      </w:r>
    </w:p>
    <w:p w14:paraId="352F7E3B" w14:textId="77777777" w:rsidR="00942CEF" w:rsidRDefault="008301AF">
      <w:r>
        <w:t>☐</w:t>
      </w:r>
      <w:r>
        <w:t xml:space="preserve"> Lighting Controls ☐ Fire Alarm ☐ Generators ☐ Medium Voltage</w:t>
      </w:r>
    </w:p>
    <w:p w14:paraId="7A0A7BC4" w14:textId="77777777" w:rsidR="00942CEF" w:rsidRDefault="008301AF">
      <w:r>
        <w:t>☐</w:t>
      </w:r>
      <w:r>
        <w:t xml:space="preserve"> Blueprint Reading ☐ Layout</w:t>
      </w:r>
    </w:p>
    <w:p w14:paraId="7F3B0257" w14:textId="77777777" w:rsidR="00942CEF" w:rsidRDefault="008301AF">
      <w:r>
        <w:t>Equipment: ☐ Scissor Lift ☐ Boom Lift ☐ Forklift ☐ Excavator ☐ Trencher</w:t>
      </w:r>
    </w:p>
    <w:p w14:paraId="15D5B26D" w14:textId="77777777" w:rsidR="00942CEF" w:rsidRDefault="008301AF">
      <w:r>
        <w:rPr>
          <w:b/>
        </w:rPr>
        <w:t>WORK AVAILABILITY</w:t>
      </w:r>
    </w:p>
    <w:p w14:paraId="422ACBF3" w14:textId="77777777" w:rsidR="00942CEF" w:rsidRDefault="008301AF">
      <w:r>
        <w:t>Overtime ☐Yes ☐No   Weekends ☐Yes ☐No   Travel ☐Yes ☐No   Out of Town ☐Yes ☐No</w:t>
      </w:r>
    </w:p>
    <w:p w14:paraId="7EDF06A2" w14:textId="77777777" w:rsidR="00942CEF" w:rsidRDefault="008301AF">
      <w:r>
        <w:rPr>
          <w:b/>
        </w:rPr>
        <w:t>PHYSICAL REQUIREMENTS</w:t>
      </w:r>
    </w:p>
    <w:p w14:paraId="4D0E817E" w14:textId="77777777" w:rsidR="00942CEF" w:rsidRDefault="008301AF">
      <w:r>
        <w:t>Can perform essential job functions with/without accommodation? ☐Yes ☐No</w:t>
      </w:r>
    </w:p>
    <w:p w14:paraId="408A965D" w14:textId="77777777" w:rsidR="00942CEF" w:rsidRDefault="008301AF">
      <w:r>
        <w:t>Lift 50 lbs ☐Yes ☐No   Climb Ladders ☐Yes ☐No   Aerial Lifts ☐Yes ☐No</w:t>
      </w:r>
    </w:p>
    <w:p w14:paraId="1FB75497" w14:textId="77777777" w:rsidR="00942CEF" w:rsidRDefault="008301AF">
      <w:r>
        <w:rPr>
          <w:b/>
        </w:rPr>
        <w:t>SAFETY</w:t>
      </w:r>
    </w:p>
    <w:p w14:paraId="5734E06C" w14:textId="77777777" w:rsidR="00942CEF" w:rsidRDefault="008301AF">
      <w:r>
        <w:t>Removed from a jobsite for a safety violation? ☐Yes ☐No</w:t>
      </w:r>
    </w:p>
    <w:p w14:paraId="22927896" w14:textId="77777777" w:rsidR="00942CEF" w:rsidRDefault="008301AF">
      <w:r>
        <w:t>Explain: _________________________________________________</w:t>
      </w:r>
    </w:p>
    <w:p w14:paraId="6828D4CD" w14:textId="77777777" w:rsidR="00942CEF" w:rsidRDefault="008301AF">
      <w:r>
        <w:rPr>
          <w:b/>
        </w:rPr>
        <w:t>PROFESSIONAL QUESTIONS</w:t>
      </w:r>
    </w:p>
    <w:p w14:paraId="0178B32A" w14:textId="77777777" w:rsidR="00942CEF" w:rsidRDefault="008301AF">
      <w:r>
        <w:t>What type of electrical work do you enjoy most?</w:t>
      </w:r>
    </w:p>
    <w:p w14:paraId="0E7DFAF2" w14:textId="77777777" w:rsidR="00942CEF" w:rsidRDefault="008301AF">
      <w:r>
        <w:t>___________________________________________________________</w:t>
      </w:r>
    </w:p>
    <w:p w14:paraId="1210E199" w14:textId="77777777" w:rsidR="00942CEF" w:rsidRDefault="008301AF">
      <w:r>
        <w:t>Career accomplishment you're most proud of?</w:t>
      </w:r>
    </w:p>
    <w:p w14:paraId="2CAB54BB" w14:textId="77777777" w:rsidR="00942CEF" w:rsidRDefault="008301AF">
      <w:r>
        <w:t>___________________________________________________________</w:t>
      </w:r>
    </w:p>
    <w:p w14:paraId="43DE5739" w14:textId="77777777" w:rsidR="00942CEF" w:rsidRDefault="008301AF">
      <w:r>
        <w:rPr>
          <w:b/>
        </w:rPr>
        <w:t>REFERENCES</w:t>
      </w:r>
    </w:p>
    <w:p w14:paraId="43C4FA44" w14:textId="77777777" w:rsidR="00942CEF" w:rsidRDefault="008301AF">
      <w:r>
        <w:t>1. Name __________________ Phone ______________ Relationship __________________</w:t>
      </w:r>
    </w:p>
    <w:p w14:paraId="76C1C8AF" w14:textId="77777777" w:rsidR="00942CEF" w:rsidRDefault="008301AF">
      <w:r>
        <w:lastRenderedPageBreak/>
        <w:t>2. Name __________________ Phone ______________ Relationship __________________</w:t>
      </w:r>
    </w:p>
    <w:p w14:paraId="033CD471" w14:textId="77777777" w:rsidR="00942CEF" w:rsidRDefault="008301AF">
      <w:r>
        <w:t>3. Name __________________ Phone ______________ Relationship __________________</w:t>
      </w:r>
    </w:p>
    <w:p w14:paraId="4FAEB80F" w14:textId="77777777" w:rsidR="00942CEF" w:rsidRDefault="008301AF">
      <w:r>
        <w:rPr>
          <w:b/>
        </w:rPr>
        <w:t>CERTIFICATION</w:t>
      </w:r>
    </w:p>
    <w:p w14:paraId="7CD7FC74" w14:textId="77777777" w:rsidR="00942CEF" w:rsidRDefault="008301AF">
      <w:r>
        <w:t>I certify the information provided is true and complete. I understand employment may</w:t>
      </w:r>
    </w:p>
    <w:p w14:paraId="04FCD94B" w14:textId="77777777" w:rsidR="00942CEF" w:rsidRDefault="008301AF">
      <w:r>
        <w:t>be contingent upon a pre-employment drug screen and background check, if applicable.</w:t>
      </w:r>
    </w:p>
    <w:p w14:paraId="7328BC21" w14:textId="77777777" w:rsidR="00942CEF" w:rsidRDefault="00942CEF"/>
    <w:p w14:paraId="7CC62C6E" w14:textId="77777777" w:rsidR="00942CEF" w:rsidRDefault="008301AF">
      <w:r>
        <w:t>Applicant Signature: __________________________ Date: ____________</w:t>
      </w:r>
    </w:p>
    <w:sectPr w:rsidR="00942CEF" w:rsidSect="00034616">
      <w:pgSz w:w="12240" w:h="15840"/>
      <w:pgMar w:top="504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7269458">
    <w:abstractNumId w:val="8"/>
  </w:num>
  <w:num w:numId="2" w16cid:durableId="1434544834">
    <w:abstractNumId w:val="6"/>
  </w:num>
  <w:num w:numId="3" w16cid:durableId="511533728">
    <w:abstractNumId w:val="5"/>
  </w:num>
  <w:num w:numId="4" w16cid:durableId="861945">
    <w:abstractNumId w:val="4"/>
  </w:num>
  <w:num w:numId="5" w16cid:durableId="1528641909">
    <w:abstractNumId w:val="7"/>
  </w:num>
  <w:num w:numId="6" w16cid:durableId="61492477">
    <w:abstractNumId w:val="3"/>
  </w:num>
  <w:num w:numId="7" w16cid:durableId="25520793">
    <w:abstractNumId w:val="2"/>
  </w:num>
  <w:num w:numId="8" w16cid:durableId="1230307573">
    <w:abstractNumId w:val="1"/>
  </w:num>
  <w:num w:numId="9" w16cid:durableId="735665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301AF"/>
    <w:rsid w:val="00942CEF"/>
    <w:rsid w:val="00AA1D8D"/>
    <w:rsid w:val="00B37340"/>
    <w:rsid w:val="00B47730"/>
    <w:rsid w:val="00CB0664"/>
    <w:rsid w:val="00DD3C7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CAC868"/>
  <w14:defaultImageDpi w14:val="300"/>
  <w15:docId w15:val="{7D66395F-28D7-4BEF-B116-8EB2E32F9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365</Words>
  <Characters>2968</Characters>
  <Application>Microsoft Office Word</Application>
  <DocSecurity>0</DocSecurity>
  <Lines>74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Morgan, Ronald</cp:lastModifiedBy>
  <cp:revision>2</cp:revision>
  <dcterms:created xsi:type="dcterms:W3CDTF">2026-08-01T01:05:00Z</dcterms:created>
  <dcterms:modified xsi:type="dcterms:W3CDTF">2026-08-01T01:05:00Z</dcterms:modified>
  <cp:category/>
</cp:coreProperties>
</file>